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63AF7" w14:textId="77777777" w:rsidR="00F427CD" w:rsidRPr="004646A2" w:rsidRDefault="00E07964">
      <w:pPr>
        <w:spacing w:after="240"/>
        <w:jc w:val="center"/>
        <w:rPr>
          <w:rFonts w:ascii="UD デジタル 教科書体 NK" w:eastAsia="UD デジタル 教科書体 NK"/>
          <w:lang w:eastAsia="zh-TW"/>
        </w:rPr>
      </w:pPr>
      <w:r w:rsidRPr="004646A2">
        <w:rPr>
          <w:rFonts w:ascii="UD デジタル 教科書体 NK" w:eastAsia="UD デジタル 教科書体 NK" w:cs="Times New Roman" w:hint="eastAsia"/>
          <w:b/>
          <w:sz w:val="30"/>
          <w:lang w:eastAsia="zh-TW"/>
        </w:rPr>
        <w:t>日本支援者支援学会誌「支援者支援学研究」投稿票</w:t>
      </w:r>
    </w:p>
    <w:p w14:paraId="4E32C7FA" w14:textId="77777777" w:rsidR="00F3183E" w:rsidRDefault="00E07964" w:rsidP="00F3183E">
      <w:pPr>
        <w:spacing w:before="160" w:after="80"/>
        <w:rPr>
          <w:rFonts w:ascii="UD デジタル 教科書体 NK" w:eastAsia="UD デジタル 教科書体 NK"/>
          <w:lang w:eastAsia="ja-JP"/>
        </w:rPr>
      </w:pPr>
      <w:r w:rsidRPr="004646A2">
        <w:rPr>
          <w:rFonts w:ascii="UD デジタル 教科書体 NK" w:eastAsia="UD デジタル 教科書体 NK" w:cs="Times New Roman" w:hint="eastAsia"/>
          <w:b/>
          <w:sz w:val="23"/>
          <w:lang w:eastAsia="ja-JP"/>
        </w:rPr>
        <w:t>1．原稿種別（一つ選び、□にチェックしてください）</w:t>
      </w:r>
    </w:p>
    <w:p w14:paraId="14A6C60A" w14:textId="332D8C00" w:rsidR="00F3183E" w:rsidRDefault="0007117C" w:rsidP="00F3183E">
      <w:pPr>
        <w:spacing w:before="160" w:after="80"/>
        <w:rPr>
          <w:rFonts w:ascii="UD デジタル 教科書体 NK" w:eastAsia="UD デジタル 教科書体 NK"/>
          <w:lang w:eastAsia="ja-JP"/>
        </w:rPr>
      </w:pPr>
      <w:r w:rsidRPr="004646A2">
        <w:rPr>
          <w:rFonts w:ascii="UD デジタル 教科書体 NK" w:eastAsia="UD デジタル 教科書体 NK" w:cs="Times New Roman" w:hint="eastAsia"/>
          <w:sz w:val="21"/>
          <w:lang w:eastAsia="zh-TW"/>
        </w:rPr>
        <w:t xml:space="preserve"> </w:t>
      </w:r>
      <w:r w:rsidR="00F3183E">
        <w:rPr>
          <w:rFonts w:ascii="UD デジタル 教科書体 NK" w:eastAsia="UD デジタル 教科書体 NK" w:cs="Times New Roman" w:hint="eastAsia"/>
          <w:sz w:val="21"/>
          <w:lang w:eastAsia="ja-JP"/>
        </w:rPr>
        <w:t xml:space="preserve"> </w:t>
      </w:r>
      <w:sdt>
        <w:sdtPr>
          <w:rPr>
            <w:rFonts w:ascii="UD デジタル 教科書体 NK" w:eastAsia="UD デジタル 教科書体 NK" w:cs="Times New Roman" w:hint="eastAsia"/>
            <w:sz w:val="21"/>
            <w:lang w:eastAsia="zh-TW"/>
          </w:rPr>
          <w:id w:val="90287842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F3183E">
            <w:rPr>
              <w:rFonts w:ascii="ＭＳ ゴシック" w:eastAsia="ＭＳ ゴシック" w:hAnsi="ＭＳ ゴシック" w:cs="Times New Roman" w:hint="eastAsia"/>
              <w:sz w:val="21"/>
              <w:lang w:eastAsia="zh-TW"/>
            </w:rPr>
            <w:t>☐</w:t>
          </w:r>
        </w:sdtContent>
      </w:sdt>
      <w:r w:rsidR="00F3183E">
        <w:rPr>
          <w:rFonts w:ascii="UD デジタル 教科書体 NK" w:eastAsia="UD デジタル 教科書体 NK" w:cs="Times New Roman" w:hint="eastAsia"/>
          <w:sz w:val="21"/>
          <w:lang w:eastAsia="ja-JP"/>
        </w:rPr>
        <w:t xml:space="preserve"> </w:t>
      </w:r>
      <w:r w:rsidRPr="004646A2">
        <w:rPr>
          <w:rFonts w:ascii="UD デジタル 教科書体 NK" w:eastAsia="UD デジタル 教科書体 NK" w:cs="Times New Roman" w:hint="eastAsia"/>
          <w:sz w:val="21"/>
          <w:lang w:eastAsia="zh-TW"/>
        </w:rPr>
        <w:t xml:space="preserve">原著論文　　</w:t>
      </w:r>
      <w:sdt>
        <w:sdtPr>
          <w:rPr>
            <w:rFonts w:ascii="UD デジタル 教科書体 NK" w:eastAsia="UD デジタル 教科書体 NK" w:cs="Times New Roman" w:hint="eastAsia"/>
            <w:sz w:val="21"/>
            <w:lang w:eastAsia="zh-TW"/>
          </w:rPr>
          <w:id w:val="1489057049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F3183E">
            <w:rPr>
              <w:rFonts w:ascii="ＭＳ ゴシック" w:eastAsia="ＭＳ ゴシック" w:hAnsi="ＭＳ ゴシック" w:cs="Times New Roman" w:hint="eastAsia"/>
              <w:sz w:val="21"/>
              <w:lang w:eastAsia="zh-TW"/>
            </w:rPr>
            <w:t>☐</w:t>
          </w:r>
        </w:sdtContent>
      </w:sdt>
      <w:r w:rsidRPr="004646A2">
        <w:rPr>
          <w:rFonts w:ascii="UD デジタル 教科書体 NK" w:eastAsia="UD デジタル 教科書体 NK" w:cs="Times New Roman" w:hint="eastAsia"/>
          <w:sz w:val="21"/>
          <w:lang w:eastAsia="zh-TW"/>
        </w:rPr>
        <w:t xml:space="preserve"> 研究報告　　</w:t>
      </w:r>
      <w:sdt>
        <w:sdtPr>
          <w:rPr>
            <w:rFonts w:ascii="UD デジタル 教科書体 NK" w:eastAsia="UD デジタル 教科書体 NK" w:cs="Times New Roman" w:hint="eastAsia"/>
            <w:sz w:val="21"/>
            <w:lang w:eastAsia="zh-TW"/>
          </w:rPr>
          <w:id w:val="-982770596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F3183E">
            <w:rPr>
              <w:rFonts w:ascii="ＭＳ ゴシック" w:eastAsia="ＭＳ ゴシック" w:hAnsi="ＭＳ ゴシック" w:cs="Times New Roman" w:hint="eastAsia"/>
              <w:sz w:val="21"/>
              <w:lang w:eastAsia="zh-TW"/>
            </w:rPr>
            <w:t>☐</w:t>
          </w:r>
        </w:sdtContent>
      </w:sdt>
      <w:r w:rsidRPr="004646A2">
        <w:rPr>
          <w:rFonts w:ascii="UD デジタル 教科書体 NK" w:eastAsia="UD デジタル 教科書体 NK" w:cs="Times New Roman" w:hint="eastAsia"/>
          <w:sz w:val="21"/>
          <w:lang w:eastAsia="zh-TW"/>
        </w:rPr>
        <w:t xml:space="preserve"> 実践研究　　</w:t>
      </w:r>
      <w:sdt>
        <w:sdtPr>
          <w:rPr>
            <w:rFonts w:ascii="UD デジタル 教科書体 NK" w:eastAsia="UD デジタル 教科書体 NK" w:cs="Times New Roman" w:hint="eastAsia"/>
            <w:sz w:val="21"/>
            <w:lang w:eastAsia="zh-TW"/>
          </w:rPr>
          <w:id w:val="2137126360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F3183E">
            <w:rPr>
              <w:rFonts w:ascii="ＭＳ ゴシック" w:eastAsia="ＭＳ ゴシック" w:hAnsi="ＭＳ ゴシック" w:cs="Times New Roman" w:hint="eastAsia"/>
              <w:sz w:val="21"/>
              <w:lang w:eastAsia="zh-TW"/>
            </w:rPr>
            <w:t>☐</w:t>
          </w:r>
        </w:sdtContent>
      </w:sdt>
      <w:r w:rsidRPr="004646A2">
        <w:rPr>
          <w:rFonts w:ascii="UD デジタル 教科書体 NK" w:eastAsia="UD デジタル 教科書体 NK" w:cs="Times New Roman" w:hint="eastAsia"/>
          <w:sz w:val="21"/>
          <w:lang w:eastAsia="zh-TW"/>
        </w:rPr>
        <w:t xml:space="preserve"> 総説（展望論文）　　</w:t>
      </w:r>
      <w:sdt>
        <w:sdtPr>
          <w:rPr>
            <w:rFonts w:ascii="UD デジタル 教科書体 NK" w:eastAsia="UD デジタル 教科書体 NK" w:cs="Times New Roman" w:hint="eastAsia"/>
            <w:sz w:val="21"/>
            <w:lang w:eastAsia="zh-TW"/>
          </w:rPr>
          <w:id w:val="-1028722290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F3183E">
            <w:rPr>
              <w:rFonts w:ascii="ＭＳ ゴシック" w:eastAsia="ＭＳ ゴシック" w:hAnsi="ＭＳ ゴシック" w:cs="Times New Roman" w:hint="eastAsia"/>
              <w:sz w:val="21"/>
              <w:lang w:eastAsia="zh-TW"/>
            </w:rPr>
            <w:t>☐</w:t>
          </w:r>
        </w:sdtContent>
      </w:sdt>
      <w:r w:rsidRPr="004646A2">
        <w:rPr>
          <w:rFonts w:ascii="UD デジタル 教科書体 NK" w:eastAsia="UD デジタル 教科書体 NK" w:cs="Times New Roman" w:hint="eastAsia"/>
          <w:sz w:val="21"/>
          <w:lang w:eastAsia="zh-TW"/>
        </w:rPr>
        <w:t xml:space="preserve"> 書評</w:t>
      </w:r>
    </w:p>
    <w:p w14:paraId="6A065025" w14:textId="0AE880ED" w:rsidR="00F427CD" w:rsidRPr="004646A2" w:rsidRDefault="00F3183E" w:rsidP="00F3183E">
      <w:pPr>
        <w:spacing w:before="160" w:after="80"/>
        <w:ind w:firstLineChars="50" w:firstLine="105"/>
        <w:rPr>
          <w:rFonts w:ascii="UD デジタル 教科書体 NK" w:eastAsia="UD デジタル 教科書体 NK"/>
          <w:lang w:eastAsia="ja-JP"/>
        </w:rPr>
      </w:pPr>
      <w:sdt>
        <w:sdtPr>
          <w:rPr>
            <w:rFonts w:ascii="UD デジタル 教科書体 NK" w:eastAsia="UD デジタル 教科書体 NK" w:cs="Times New Roman" w:hint="eastAsia"/>
            <w:sz w:val="21"/>
            <w:lang w:eastAsia="zh-TW"/>
          </w:rPr>
          <w:id w:val="-1525467974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cs="Times New Roman" w:hint="eastAsia"/>
              <w:sz w:val="21"/>
              <w:lang w:eastAsia="zh-TW"/>
            </w:rPr>
            <w:t>☐</w:t>
          </w:r>
        </w:sdtContent>
      </w:sdt>
      <w:r w:rsidR="0007117C" w:rsidRPr="004646A2">
        <w:rPr>
          <w:rFonts w:ascii="UD デジタル 教科書体 NK" w:eastAsia="UD デジタル 教科書体 NK" w:cs="Times New Roman" w:hint="eastAsia"/>
          <w:sz w:val="21"/>
          <w:lang w:eastAsia="ja-JP"/>
        </w:rPr>
        <w:t xml:space="preserve"> その他（　　　　　　　　　　　　　　　　　　　　　　　　　）</w:t>
      </w:r>
    </w:p>
    <w:p w14:paraId="0F3D7ECD" w14:textId="77777777" w:rsidR="00F427CD" w:rsidRPr="004646A2" w:rsidRDefault="00E07964" w:rsidP="004646A2">
      <w:pPr>
        <w:spacing w:before="240" w:after="80"/>
        <w:rPr>
          <w:rFonts w:ascii="UD デジタル 教科書体 NK" w:eastAsia="UD デジタル 教科書体 NK"/>
          <w:lang w:eastAsia="ja-JP"/>
        </w:rPr>
      </w:pPr>
      <w:r w:rsidRPr="004646A2">
        <w:rPr>
          <w:rFonts w:ascii="UD デジタル 教科書体 NK" w:eastAsia="UD デジタル 教科書体 NK" w:cs="Times New Roman" w:hint="eastAsia"/>
          <w:b/>
          <w:sz w:val="23"/>
          <w:lang w:eastAsia="ja-JP"/>
        </w:rPr>
        <w:t>2．論文タイトル</w:t>
      </w:r>
    </w:p>
    <w:p w14:paraId="45362C67" w14:textId="77777777" w:rsidR="00F427CD" w:rsidRPr="004646A2" w:rsidRDefault="00E07964">
      <w:pPr>
        <w:spacing w:after="200"/>
        <w:ind w:left="198"/>
        <w:rPr>
          <w:rFonts w:ascii="UD デジタル 教科書体 NK" w:eastAsia="UD デジタル 教科書体 NK"/>
          <w:lang w:eastAsia="ja-JP"/>
        </w:rPr>
      </w:pPr>
      <w:r w:rsidRPr="004646A2">
        <w:rPr>
          <w:rFonts w:ascii="UD デジタル 教科書体 NK" w:eastAsia="UD デジタル 教科書体 NK" w:cs="Times New Roman" w:hint="eastAsia"/>
          <w:sz w:val="21"/>
          <w:lang w:eastAsia="ja-JP"/>
        </w:rPr>
        <w:t>和文：</w:t>
      </w:r>
    </w:p>
    <w:p w14:paraId="4A525285" w14:textId="77777777" w:rsidR="00F427CD" w:rsidRPr="004646A2" w:rsidRDefault="00E07964">
      <w:pPr>
        <w:spacing w:after="200"/>
        <w:ind w:left="198"/>
        <w:rPr>
          <w:rFonts w:ascii="UD デジタル 教科書体 NK" w:eastAsia="UD デジタル 教科書体 NK"/>
          <w:lang w:eastAsia="ja-JP"/>
        </w:rPr>
      </w:pPr>
      <w:r w:rsidRPr="004646A2">
        <w:rPr>
          <w:rFonts w:ascii="UD デジタル 教科書体 NK" w:eastAsia="UD デジタル 教科書体 NK" w:cs="Times New Roman" w:hint="eastAsia"/>
          <w:sz w:val="21"/>
          <w:lang w:eastAsia="ja-JP"/>
        </w:rPr>
        <w:t>英文：</w:t>
      </w:r>
    </w:p>
    <w:p w14:paraId="53348FC2" w14:textId="77777777" w:rsidR="00F427CD" w:rsidRPr="004646A2" w:rsidRDefault="00E07964" w:rsidP="004646A2">
      <w:pPr>
        <w:spacing w:before="240" w:after="80"/>
        <w:rPr>
          <w:rFonts w:ascii="UD デジタル 教科書体 NK" w:eastAsia="UD デジタル 教科書体 NK"/>
          <w:lang w:eastAsia="ja-JP"/>
        </w:rPr>
      </w:pPr>
      <w:r w:rsidRPr="004646A2">
        <w:rPr>
          <w:rFonts w:ascii="UD デジタル 教科書体 NK" w:eastAsia="UD デジタル 教科書体 NK" w:cs="Times New Roman" w:hint="eastAsia"/>
          <w:b/>
          <w:sz w:val="23"/>
          <w:lang w:eastAsia="ja-JP"/>
        </w:rPr>
        <w:t>3．著者</w:t>
      </w:r>
    </w:p>
    <w:p w14:paraId="227BDE58" w14:textId="77777777" w:rsidR="00F427CD" w:rsidRPr="004646A2" w:rsidRDefault="00E07964">
      <w:pPr>
        <w:spacing w:after="40"/>
        <w:ind w:left="198"/>
        <w:rPr>
          <w:rFonts w:ascii="UD デジタル 教科書体 NK" w:eastAsia="UD デジタル 教科書体 NK"/>
          <w:lang w:eastAsia="ja-JP"/>
        </w:rPr>
      </w:pPr>
      <w:r w:rsidRPr="004646A2">
        <w:rPr>
          <w:rFonts w:ascii="UD デジタル 教科書体 NK" w:eastAsia="UD デジタル 教科書体 NK" w:cs="Times New Roman" w:hint="eastAsia"/>
          <w:sz w:val="19"/>
          <w:lang w:eastAsia="ja-JP"/>
        </w:rPr>
        <w:t>※ 筆頭著者は原則として本学会会員とし、共著者の会員番号は会員の場合のみ記入してください。欄が不足する場合は、行を追加してください。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1247"/>
        <w:gridCol w:w="2381"/>
        <w:gridCol w:w="4139"/>
        <w:gridCol w:w="1701"/>
      </w:tblGrid>
      <w:tr w:rsidR="00F427CD" w:rsidRPr="004646A2" w14:paraId="6EE8A927" w14:textId="77777777">
        <w:trPr>
          <w:tblHeader/>
          <w:jc w:val="center"/>
        </w:trPr>
        <w:tc>
          <w:tcPr>
            <w:tcW w:w="1247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0D99C8" w14:textId="77777777" w:rsidR="00F427CD" w:rsidRPr="004646A2" w:rsidRDefault="00E07964">
            <w:pPr>
              <w:spacing w:line="240" w:lineRule="auto"/>
              <w:rPr>
                <w:rFonts w:ascii="UD デジタル 教科書体 NK" w:eastAsia="UD デジタル 教科書体 NK"/>
              </w:rPr>
            </w:pPr>
            <w:proofErr w:type="spellStart"/>
            <w:r w:rsidRPr="004646A2">
              <w:rPr>
                <w:rFonts w:ascii="UD デジタル 教科書体 NK" w:eastAsia="UD デジタル 教科書体 NK" w:cs="Times New Roman" w:hint="eastAsia"/>
                <w:b/>
                <w:sz w:val="19"/>
              </w:rPr>
              <w:t>区分</w:t>
            </w:r>
            <w:proofErr w:type="spellEnd"/>
          </w:p>
        </w:tc>
        <w:tc>
          <w:tcPr>
            <w:tcW w:w="2381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D14FE4" w14:textId="77777777" w:rsidR="00F427CD" w:rsidRPr="004646A2" w:rsidRDefault="00E07964">
            <w:pPr>
              <w:spacing w:line="240" w:lineRule="auto"/>
              <w:rPr>
                <w:rFonts w:ascii="UD デジタル 教科書体 NK" w:eastAsia="UD デジタル 教科書体 NK"/>
              </w:rPr>
            </w:pPr>
            <w:r w:rsidRPr="004646A2">
              <w:rPr>
                <w:rFonts w:ascii="UD デジタル 教科書体 NK" w:eastAsia="UD デジタル 教科書体 NK" w:cs="Times New Roman" w:hint="eastAsia"/>
                <w:b/>
                <w:sz w:val="19"/>
              </w:rPr>
              <w:t>氏名</w:t>
            </w:r>
          </w:p>
        </w:tc>
        <w:tc>
          <w:tcPr>
            <w:tcW w:w="4139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9F2CD8B" w14:textId="77777777" w:rsidR="00F427CD" w:rsidRPr="004646A2" w:rsidRDefault="00E07964">
            <w:pPr>
              <w:spacing w:line="240" w:lineRule="auto"/>
              <w:rPr>
                <w:rFonts w:ascii="UD デジタル 教科書体 NK" w:eastAsia="UD デジタル 教科書体 NK"/>
              </w:rPr>
            </w:pPr>
            <w:r w:rsidRPr="004646A2">
              <w:rPr>
                <w:rFonts w:ascii="UD デジタル 教科書体 NK" w:eastAsia="UD デジタル 教科書体 NK" w:cs="Times New Roman" w:hint="eastAsia"/>
                <w:b/>
                <w:sz w:val="19"/>
              </w:rPr>
              <w:t>所属</w:t>
            </w:r>
          </w:p>
        </w:tc>
        <w:tc>
          <w:tcPr>
            <w:tcW w:w="1701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2C4471A" w14:textId="77777777" w:rsidR="00F427CD" w:rsidRPr="004646A2" w:rsidRDefault="00E07964">
            <w:pPr>
              <w:spacing w:line="240" w:lineRule="auto"/>
              <w:rPr>
                <w:rFonts w:ascii="UD デジタル 教科書体 NK" w:eastAsia="UD デジタル 教科書体 NK"/>
              </w:rPr>
            </w:pPr>
            <w:r w:rsidRPr="004646A2">
              <w:rPr>
                <w:rFonts w:ascii="UD デジタル 教科書体 NK" w:eastAsia="UD デジタル 教科書体 NK" w:cs="Times New Roman" w:hint="eastAsia"/>
                <w:b/>
                <w:sz w:val="19"/>
              </w:rPr>
              <w:t>会員番号</w:t>
            </w:r>
          </w:p>
        </w:tc>
      </w:tr>
      <w:tr w:rsidR="00F427CD" w:rsidRPr="004646A2" w14:paraId="5396D580" w14:textId="77777777">
        <w:trPr>
          <w:jc w:val="center"/>
        </w:trPr>
        <w:tc>
          <w:tcPr>
            <w:tcW w:w="124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AE2EFB" w14:textId="77777777" w:rsidR="00F427CD" w:rsidRPr="004646A2" w:rsidRDefault="00E07964">
            <w:pPr>
              <w:spacing w:line="240" w:lineRule="auto"/>
              <w:rPr>
                <w:rFonts w:ascii="UD デジタル 教科書体 NK" w:eastAsia="UD デジタル 教科書体 NK"/>
              </w:rPr>
            </w:pPr>
            <w:r w:rsidRPr="004646A2">
              <w:rPr>
                <w:rFonts w:ascii="UD デジタル 教科書体 NK" w:eastAsia="UD デジタル 教科書体 NK" w:cs="Times New Roman" w:hint="eastAsia"/>
                <w:sz w:val="19"/>
              </w:rPr>
              <w:t>筆頭著者</w:t>
            </w:r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4D5017" w14:textId="77777777" w:rsidR="00F427CD" w:rsidRPr="004646A2" w:rsidRDefault="00F427CD">
            <w:pPr>
              <w:spacing w:line="240" w:lineRule="auto"/>
              <w:rPr>
                <w:rFonts w:ascii="UD デジタル 教科書体 NK" w:eastAsia="UD デジタル 教科書体 NK"/>
              </w:rPr>
            </w:pPr>
          </w:p>
        </w:tc>
        <w:tc>
          <w:tcPr>
            <w:tcW w:w="413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0065467" w14:textId="77777777" w:rsidR="00F427CD" w:rsidRPr="004646A2" w:rsidRDefault="00F427CD">
            <w:pPr>
              <w:spacing w:line="240" w:lineRule="auto"/>
              <w:rPr>
                <w:rFonts w:ascii="UD デジタル 教科書体 NK" w:eastAsia="UD デジタル 教科書体 NK"/>
              </w:rPr>
            </w:pPr>
          </w:p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E0C94A" w14:textId="77777777" w:rsidR="00F427CD" w:rsidRPr="004646A2" w:rsidRDefault="00F427CD">
            <w:pPr>
              <w:spacing w:line="240" w:lineRule="auto"/>
              <w:rPr>
                <w:rFonts w:ascii="UD デジタル 教科書体 NK" w:eastAsia="UD デジタル 教科書体 NK"/>
              </w:rPr>
            </w:pPr>
          </w:p>
        </w:tc>
      </w:tr>
      <w:tr w:rsidR="00F427CD" w:rsidRPr="004646A2" w14:paraId="7D8AEB80" w14:textId="77777777">
        <w:trPr>
          <w:jc w:val="center"/>
        </w:trPr>
        <w:tc>
          <w:tcPr>
            <w:tcW w:w="124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89837D" w14:textId="77777777" w:rsidR="00F427CD" w:rsidRPr="004646A2" w:rsidRDefault="00E07964">
            <w:pPr>
              <w:spacing w:line="240" w:lineRule="auto"/>
              <w:rPr>
                <w:rFonts w:ascii="UD デジタル 教科書体 NK" w:eastAsia="UD デジタル 教科書体 NK"/>
              </w:rPr>
            </w:pPr>
            <w:r w:rsidRPr="004646A2">
              <w:rPr>
                <w:rFonts w:ascii="UD デジタル 教科書体 NK" w:eastAsia="UD デジタル 教科書体 NK" w:cs="Times New Roman" w:hint="eastAsia"/>
                <w:sz w:val="19"/>
              </w:rPr>
              <w:t>共著者1</w:t>
            </w:r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2863325" w14:textId="77777777" w:rsidR="00F427CD" w:rsidRPr="004646A2" w:rsidRDefault="00F427CD">
            <w:pPr>
              <w:spacing w:line="240" w:lineRule="auto"/>
              <w:rPr>
                <w:rFonts w:ascii="UD デジタル 教科書体 NK" w:eastAsia="UD デジタル 教科書体 NK"/>
              </w:rPr>
            </w:pPr>
          </w:p>
        </w:tc>
        <w:tc>
          <w:tcPr>
            <w:tcW w:w="413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164D907" w14:textId="77777777" w:rsidR="00F427CD" w:rsidRPr="004646A2" w:rsidRDefault="00F427CD">
            <w:pPr>
              <w:spacing w:line="240" w:lineRule="auto"/>
              <w:rPr>
                <w:rFonts w:ascii="UD デジタル 教科書体 NK" w:eastAsia="UD デジタル 教科書体 NK"/>
              </w:rPr>
            </w:pPr>
          </w:p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4E69910" w14:textId="77777777" w:rsidR="00F427CD" w:rsidRPr="004646A2" w:rsidRDefault="00F427CD">
            <w:pPr>
              <w:spacing w:line="240" w:lineRule="auto"/>
              <w:rPr>
                <w:rFonts w:ascii="UD デジタル 教科書体 NK" w:eastAsia="UD デジタル 教科書体 NK"/>
              </w:rPr>
            </w:pPr>
          </w:p>
        </w:tc>
      </w:tr>
      <w:tr w:rsidR="00F427CD" w:rsidRPr="004646A2" w14:paraId="40B17E47" w14:textId="77777777">
        <w:trPr>
          <w:jc w:val="center"/>
        </w:trPr>
        <w:tc>
          <w:tcPr>
            <w:tcW w:w="124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57994E5" w14:textId="77777777" w:rsidR="00F427CD" w:rsidRPr="004646A2" w:rsidRDefault="00E07964">
            <w:pPr>
              <w:spacing w:line="240" w:lineRule="auto"/>
              <w:rPr>
                <w:rFonts w:ascii="UD デジタル 教科書体 NK" w:eastAsia="UD デジタル 教科書体 NK"/>
              </w:rPr>
            </w:pPr>
            <w:r w:rsidRPr="004646A2">
              <w:rPr>
                <w:rFonts w:ascii="UD デジタル 教科書体 NK" w:eastAsia="UD デジタル 教科書体 NK" w:cs="Times New Roman" w:hint="eastAsia"/>
                <w:sz w:val="19"/>
              </w:rPr>
              <w:t>共著者2</w:t>
            </w:r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51F7B9" w14:textId="77777777" w:rsidR="00F427CD" w:rsidRPr="004646A2" w:rsidRDefault="00F427CD">
            <w:pPr>
              <w:spacing w:line="240" w:lineRule="auto"/>
              <w:rPr>
                <w:rFonts w:ascii="UD デジタル 教科書体 NK" w:eastAsia="UD デジタル 教科書体 NK"/>
              </w:rPr>
            </w:pPr>
          </w:p>
        </w:tc>
        <w:tc>
          <w:tcPr>
            <w:tcW w:w="413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994893" w14:textId="77777777" w:rsidR="00F427CD" w:rsidRPr="004646A2" w:rsidRDefault="00F427CD">
            <w:pPr>
              <w:spacing w:line="240" w:lineRule="auto"/>
              <w:rPr>
                <w:rFonts w:ascii="UD デジタル 教科書体 NK" w:eastAsia="UD デジタル 教科書体 NK"/>
              </w:rPr>
            </w:pPr>
          </w:p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E821D78" w14:textId="77777777" w:rsidR="00F427CD" w:rsidRPr="004646A2" w:rsidRDefault="00F427CD">
            <w:pPr>
              <w:spacing w:line="240" w:lineRule="auto"/>
              <w:rPr>
                <w:rFonts w:ascii="UD デジタル 教科書体 NK" w:eastAsia="UD デジタル 教科書体 NK"/>
              </w:rPr>
            </w:pPr>
          </w:p>
        </w:tc>
      </w:tr>
      <w:tr w:rsidR="00F427CD" w:rsidRPr="004646A2" w14:paraId="6FADCCC8" w14:textId="77777777">
        <w:trPr>
          <w:jc w:val="center"/>
        </w:trPr>
        <w:tc>
          <w:tcPr>
            <w:tcW w:w="124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4464308" w14:textId="77777777" w:rsidR="00F427CD" w:rsidRPr="004646A2" w:rsidRDefault="00E07964">
            <w:pPr>
              <w:spacing w:line="240" w:lineRule="auto"/>
              <w:rPr>
                <w:rFonts w:ascii="UD デジタル 教科書体 NK" w:eastAsia="UD デジタル 教科書体 NK"/>
              </w:rPr>
            </w:pPr>
            <w:r w:rsidRPr="004646A2">
              <w:rPr>
                <w:rFonts w:ascii="UD デジタル 教科書体 NK" w:eastAsia="UD デジタル 教科書体 NK" w:cs="Times New Roman" w:hint="eastAsia"/>
                <w:sz w:val="19"/>
              </w:rPr>
              <w:t>共著者3</w:t>
            </w:r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86708F" w14:textId="77777777" w:rsidR="00F427CD" w:rsidRPr="004646A2" w:rsidRDefault="00F427CD">
            <w:pPr>
              <w:spacing w:line="240" w:lineRule="auto"/>
              <w:rPr>
                <w:rFonts w:ascii="UD デジタル 教科書体 NK" w:eastAsia="UD デジタル 教科書体 NK"/>
              </w:rPr>
            </w:pPr>
          </w:p>
        </w:tc>
        <w:tc>
          <w:tcPr>
            <w:tcW w:w="413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98F218" w14:textId="77777777" w:rsidR="00F427CD" w:rsidRPr="004646A2" w:rsidRDefault="00F427CD">
            <w:pPr>
              <w:spacing w:line="240" w:lineRule="auto"/>
              <w:rPr>
                <w:rFonts w:ascii="UD デジタル 教科書体 NK" w:eastAsia="UD デジタル 教科書体 NK"/>
              </w:rPr>
            </w:pPr>
          </w:p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8C5BE2" w14:textId="77777777" w:rsidR="00F427CD" w:rsidRPr="004646A2" w:rsidRDefault="00F427CD">
            <w:pPr>
              <w:spacing w:line="240" w:lineRule="auto"/>
              <w:rPr>
                <w:rFonts w:ascii="UD デジタル 教科書体 NK" w:eastAsia="UD デジタル 教科書体 NK"/>
              </w:rPr>
            </w:pPr>
          </w:p>
        </w:tc>
      </w:tr>
    </w:tbl>
    <w:p w14:paraId="79961322" w14:textId="77777777" w:rsidR="00F427CD" w:rsidRPr="004646A2" w:rsidRDefault="00E07964" w:rsidP="004646A2">
      <w:pPr>
        <w:spacing w:before="240" w:after="80"/>
        <w:rPr>
          <w:rFonts w:ascii="UD デジタル 教科書体 NK" w:eastAsia="UD デジタル 教科書体 NK"/>
          <w:lang w:eastAsia="ja-JP"/>
        </w:rPr>
      </w:pPr>
      <w:r w:rsidRPr="004646A2">
        <w:rPr>
          <w:rFonts w:ascii="UD デジタル 教科書体 NK" w:eastAsia="UD デジタル 教科書体 NK" w:cs="Times New Roman" w:hint="eastAsia"/>
          <w:b/>
          <w:sz w:val="23"/>
          <w:lang w:eastAsia="ja-JP"/>
        </w:rPr>
        <w:t>4．原稿の構成および添付資料</w:t>
      </w:r>
    </w:p>
    <w:p w14:paraId="0D68F092" w14:textId="136EB0EE" w:rsidR="00F427CD" w:rsidRPr="004646A2" w:rsidRDefault="00F3183E">
      <w:pPr>
        <w:spacing w:after="40"/>
        <w:ind w:left="198" w:hanging="198"/>
        <w:rPr>
          <w:rFonts w:ascii="UD デジタル 教科書体 NK" w:eastAsia="UD デジタル 教科書体 NK"/>
          <w:lang w:eastAsia="ja-JP"/>
        </w:rPr>
      </w:pPr>
      <w:sdt>
        <w:sdtPr>
          <w:rPr>
            <w:rFonts w:ascii="UD デジタル 教科書体 NK" w:eastAsia="UD デジタル 教科書体 NK" w:cs="Times New Roman" w:hint="eastAsia"/>
            <w:sz w:val="21"/>
            <w:lang w:eastAsia="zh-TW"/>
          </w:rPr>
          <w:id w:val="906581781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cs="Times New Roman" w:hint="eastAsia"/>
              <w:sz w:val="21"/>
              <w:lang w:eastAsia="zh-TW"/>
            </w:rPr>
            <w:t>☐</w:t>
          </w:r>
        </w:sdtContent>
      </w:sdt>
      <w:r w:rsidR="0007117C" w:rsidRPr="004646A2">
        <w:rPr>
          <w:rFonts w:ascii="UD デジタル 教科書体 NK" w:eastAsia="UD デジタル 教科書体 NK" w:cs="Times New Roman" w:hint="eastAsia"/>
          <w:sz w:val="21"/>
          <w:lang w:eastAsia="ja-JP"/>
        </w:rPr>
        <w:t xml:space="preserve"> 表紙（原稿種別、和文・英文タイトル、和文・英文抄録、和文・英文キーワード）</w:t>
      </w:r>
    </w:p>
    <w:p w14:paraId="0DE1D634" w14:textId="12EC7EEF" w:rsidR="00F427CD" w:rsidRPr="004646A2" w:rsidRDefault="00F3183E">
      <w:pPr>
        <w:spacing w:after="40"/>
        <w:ind w:left="198" w:hanging="198"/>
        <w:rPr>
          <w:rFonts w:ascii="UD デジタル 教科書体 NK" w:eastAsia="UD デジタル 教科書体 NK"/>
          <w:lang w:eastAsia="ja-JP"/>
        </w:rPr>
      </w:pPr>
      <w:sdt>
        <w:sdtPr>
          <w:rPr>
            <w:rFonts w:ascii="UD デジタル 教科書体 NK" w:eastAsia="UD デジタル 教科書体 NK" w:cs="Times New Roman" w:hint="eastAsia"/>
            <w:sz w:val="21"/>
            <w:lang w:eastAsia="zh-TW"/>
          </w:rPr>
          <w:id w:val="-427044055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cs="Times New Roman" w:hint="eastAsia"/>
              <w:sz w:val="21"/>
              <w:lang w:eastAsia="zh-TW"/>
            </w:rPr>
            <w:t>☐</w:t>
          </w:r>
        </w:sdtContent>
      </w:sdt>
      <w:r w:rsidR="0007117C" w:rsidRPr="004646A2">
        <w:rPr>
          <w:rFonts w:ascii="UD デジタル 教科書体 NK" w:eastAsia="UD デジタル 教科書体 NK" w:cs="Times New Roman" w:hint="eastAsia"/>
          <w:sz w:val="21"/>
          <w:lang w:eastAsia="ja-JP"/>
        </w:rPr>
        <w:t xml:space="preserve"> 本文</w:t>
      </w:r>
    </w:p>
    <w:p w14:paraId="2BE32F1B" w14:textId="38E65E63" w:rsidR="00F427CD" w:rsidRPr="004646A2" w:rsidRDefault="00F3183E">
      <w:pPr>
        <w:spacing w:after="40"/>
        <w:ind w:left="198" w:hanging="198"/>
        <w:rPr>
          <w:rFonts w:ascii="UD デジタル 教科書体 NK" w:eastAsia="UD デジタル 教科書体 NK"/>
          <w:lang w:eastAsia="ja-JP"/>
        </w:rPr>
      </w:pPr>
      <w:sdt>
        <w:sdtPr>
          <w:rPr>
            <w:rFonts w:ascii="UD デジタル 教科書体 NK" w:eastAsia="UD デジタル 教科書体 NK" w:cs="Times New Roman" w:hint="eastAsia"/>
            <w:sz w:val="21"/>
            <w:lang w:eastAsia="zh-TW"/>
          </w:rPr>
          <w:id w:val="1259493517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cs="Times New Roman" w:hint="eastAsia"/>
              <w:sz w:val="21"/>
              <w:lang w:eastAsia="zh-TW"/>
            </w:rPr>
            <w:t>☐</w:t>
          </w:r>
        </w:sdtContent>
      </w:sdt>
      <w:r w:rsidR="0007117C" w:rsidRPr="004646A2">
        <w:rPr>
          <w:rFonts w:ascii="UD デジタル 教科書体 NK" w:eastAsia="UD デジタル 教科書体 NK" w:cs="Times New Roman" w:hint="eastAsia"/>
          <w:sz w:val="21"/>
          <w:lang w:eastAsia="ja-JP"/>
        </w:rPr>
        <w:t xml:space="preserve"> 引用文献</w:t>
      </w:r>
    </w:p>
    <w:p w14:paraId="4592EAB6" w14:textId="2CAADCFA" w:rsidR="00F427CD" w:rsidRPr="004646A2" w:rsidRDefault="00F3183E">
      <w:pPr>
        <w:spacing w:after="40"/>
        <w:ind w:left="198" w:hanging="198"/>
        <w:rPr>
          <w:rFonts w:ascii="UD デジタル 教科書体 NK" w:eastAsia="UD デジタル 教科書体 NK"/>
          <w:lang w:eastAsia="ja-JP"/>
        </w:rPr>
      </w:pPr>
      <w:sdt>
        <w:sdtPr>
          <w:rPr>
            <w:rFonts w:ascii="UD デジタル 教科書体 NK" w:eastAsia="UD デジタル 教科書体 NK" w:cs="Times New Roman" w:hint="eastAsia"/>
            <w:sz w:val="21"/>
            <w:lang w:eastAsia="zh-TW"/>
          </w:rPr>
          <w:id w:val="-534813258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cs="Times New Roman" w:hint="eastAsia"/>
              <w:sz w:val="21"/>
              <w:lang w:eastAsia="zh-TW"/>
            </w:rPr>
            <w:t>☐</w:t>
          </w:r>
        </w:sdtContent>
      </w:sdt>
      <w:r w:rsidR="0007117C" w:rsidRPr="004646A2">
        <w:rPr>
          <w:rFonts w:ascii="UD デジタル 教科書体 NK" w:eastAsia="UD デジタル 教科書体 NK" w:cs="Times New Roman" w:hint="eastAsia"/>
          <w:sz w:val="21"/>
          <w:lang w:eastAsia="ja-JP"/>
        </w:rPr>
        <w:t xml:space="preserve"> 謝辞（該当する場合）</w:t>
      </w:r>
    </w:p>
    <w:p w14:paraId="30432208" w14:textId="4874027E" w:rsidR="00F427CD" w:rsidRPr="004646A2" w:rsidRDefault="00F3183E">
      <w:pPr>
        <w:spacing w:after="40"/>
        <w:ind w:left="198" w:hanging="198"/>
        <w:rPr>
          <w:rFonts w:ascii="UD デジタル 教科書体 NK" w:eastAsia="UD デジタル 教科書体 NK"/>
          <w:lang w:eastAsia="ja-JP"/>
        </w:rPr>
      </w:pPr>
      <w:sdt>
        <w:sdtPr>
          <w:rPr>
            <w:rFonts w:ascii="UD デジタル 教科書体 NK" w:eastAsia="UD デジタル 教科書体 NK" w:cs="Times New Roman" w:hint="eastAsia"/>
            <w:sz w:val="21"/>
            <w:lang w:eastAsia="zh-TW"/>
          </w:rPr>
          <w:id w:val="-1755809897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cs="Times New Roman" w:hint="eastAsia"/>
              <w:sz w:val="21"/>
              <w:lang w:eastAsia="zh-TW"/>
            </w:rPr>
            <w:t>☐</w:t>
          </w:r>
        </w:sdtContent>
      </w:sdt>
      <w:r w:rsidR="0007117C" w:rsidRPr="004646A2">
        <w:rPr>
          <w:rFonts w:ascii="UD デジタル 教科書体 NK" w:eastAsia="UD デジタル 教科書体 NK" w:cs="Times New Roman" w:hint="eastAsia"/>
          <w:sz w:val="21"/>
          <w:lang w:eastAsia="ja-JP"/>
        </w:rPr>
        <w:t xml:space="preserve"> 利益相反の記載</w:t>
      </w:r>
    </w:p>
    <w:p w14:paraId="1A7D658D" w14:textId="1D30AC4E" w:rsidR="00F427CD" w:rsidRPr="004646A2" w:rsidRDefault="00F3183E">
      <w:pPr>
        <w:spacing w:after="40"/>
        <w:ind w:left="198" w:hanging="198"/>
        <w:rPr>
          <w:rFonts w:ascii="UD デジタル 教科書体 NK" w:eastAsia="UD デジタル 教科書体 NK"/>
          <w:lang w:eastAsia="ja-JP"/>
        </w:rPr>
      </w:pPr>
      <w:sdt>
        <w:sdtPr>
          <w:rPr>
            <w:rFonts w:ascii="UD デジタル 教科書体 NK" w:eastAsia="UD デジタル 教科書体 NK" w:cs="Times New Roman" w:hint="eastAsia"/>
            <w:sz w:val="21"/>
            <w:lang w:eastAsia="zh-TW"/>
          </w:rPr>
          <w:id w:val="927157698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cs="Times New Roman" w:hint="eastAsia"/>
              <w:sz w:val="21"/>
              <w:lang w:eastAsia="zh-TW"/>
            </w:rPr>
            <w:t>☐</w:t>
          </w:r>
        </w:sdtContent>
      </w:sdt>
      <w:r w:rsidR="0007117C" w:rsidRPr="004646A2">
        <w:rPr>
          <w:rFonts w:ascii="UD デジタル 教科書体 NK" w:eastAsia="UD デジタル 教科書体 NK" w:cs="Times New Roman" w:hint="eastAsia"/>
          <w:sz w:val="21"/>
          <w:lang w:eastAsia="ja-JP"/>
        </w:rPr>
        <w:t xml:space="preserve"> 図（　　　　　）点　　□ 表（　　　　　）点　　□ 写真（　　　　　）点</w:t>
      </w:r>
    </w:p>
    <w:p w14:paraId="57AD8120" w14:textId="1C2CCB5C" w:rsidR="00F427CD" w:rsidRPr="004646A2" w:rsidRDefault="00F3183E">
      <w:pPr>
        <w:spacing w:after="40"/>
        <w:ind w:left="198" w:hanging="198"/>
        <w:rPr>
          <w:rFonts w:ascii="UD デジタル 教科書体 NK" w:eastAsia="UD デジタル 教科書体 NK"/>
          <w:lang w:eastAsia="ja-JP"/>
        </w:rPr>
      </w:pPr>
      <w:sdt>
        <w:sdtPr>
          <w:rPr>
            <w:rFonts w:ascii="UD デジタル 教科書体 NK" w:eastAsia="UD デジタル 教科書体 NK" w:cs="Times New Roman" w:hint="eastAsia"/>
            <w:sz w:val="21"/>
            <w:lang w:eastAsia="zh-TW"/>
          </w:rPr>
          <w:id w:val="1134134932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cs="Times New Roman" w:hint="eastAsia"/>
              <w:sz w:val="21"/>
              <w:lang w:eastAsia="zh-TW"/>
            </w:rPr>
            <w:t>☐</w:t>
          </w:r>
        </w:sdtContent>
      </w:sdt>
      <w:r w:rsidR="0007117C" w:rsidRPr="004646A2">
        <w:rPr>
          <w:rFonts w:ascii="UD デジタル 教科書体 NK" w:eastAsia="UD デジタル 教科書体 NK" w:cs="Times New Roman" w:hint="eastAsia"/>
          <w:sz w:val="21"/>
          <w:lang w:eastAsia="ja-JP"/>
        </w:rPr>
        <w:t xml:space="preserve"> 関連論文・報告書等（　　　　　）点（該当する場合）</w:t>
      </w:r>
    </w:p>
    <w:p w14:paraId="363F9D97" w14:textId="58B899C8" w:rsidR="00F427CD" w:rsidRPr="004646A2" w:rsidRDefault="00F3183E">
      <w:pPr>
        <w:spacing w:after="40"/>
        <w:ind w:left="198" w:hanging="198"/>
        <w:rPr>
          <w:rFonts w:ascii="UD デジタル 教科書体 NK" w:eastAsia="UD デジタル 教科書体 NK"/>
          <w:lang w:eastAsia="ja-JP"/>
        </w:rPr>
      </w:pPr>
      <w:sdt>
        <w:sdtPr>
          <w:rPr>
            <w:rFonts w:ascii="UD デジタル 教科書体 NK" w:eastAsia="UD デジタル 教科書体 NK" w:cs="Times New Roman" w:hint="eastAsia"/>
            <w:sz w:val="21"/>
            <w:lang w:eastAsia="zh-TW"/>
          </w:rPr>
          <w:id w:val="252406798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cs="Times New Roman" w:hint="eastAsia"/>
              <w:sz w:val="21"/>
              <w:lang w:eastAsia="zh-TW"/>
            </w:rPr>
            <w:t>☐</w:t>
          </w:r>
        </w:sdtContent>
      </w:sdt>
      <w:r w:rsidR="0007117C" w:rsidRPr="004646A2">
        <w:rPr>
          <w:rFonts w:ascii="UD デジタル 教科書体 NK" w:eastAsia="UD デジタル 教科書体 NK" w:cs="Times New Roman" w:hint="eastAsia"/>
          <w:sz w:val="21"/>
          <w:lang w:eastAsia="ja-JP"/>
        </w:rPr>
        <w:t xml:space="preserve"> 投稿承諾書（該当する場合）</w:t>
      </w:r>
    </w:p>
    <w:p w14:paraId="418D7216" w14:textId="77777777" w:rsidR="00F427CD" w:rsidRPr="004646A2" w:rsidRDefault="00E07964" w:rsidP="004646A2">
      <w:pPr>
        <w:spacing w:before="240" w:after="80"/>
        <w:rPr>
          <w:rFonts w:ascii="UD デジタル 教科書体 NK" w:eastAsia="UD デジタル 教科書体 NK"/>
          <w:lang w:eastAsia="ja-JP"/>
        </w:rPr>
      </w:pPr>
      <w:r w:rsidRPr="004646A2">
        <w:rPr>
          <w:rFonts w:ascii="UD デジタル 教科書体 NK" w:eastAsia="UD デジタル 教科書体 NK" w:cs="Times New Roman" w:hint="eastAsia"/>
          <w:b/>
          <w:sz w:val="23"/>
          <w:lang w:eastAsia="ja-JP"/>
        </w:rPr>
        <w:t>5．連絡責任著者（投稿・校正責任者）</w:t>
      </w:r>
    </w:p>
    <w:p w14:paraId="6A5E93BA" w14:textId="77777777" w:rsidR="00F427CD" w:rsidRPr="004646A2" w:rsidRDefault="00E07964" w:rsidP="00F3183E">
      <w:pPr>
        <w:spacing w:afterLines="50" w:after="120" w:line="240" w:lineRule="auto"/>
        <w:ind w:left="199"/>
        <w:rPr>
          <w:rFonts w:ascii="UD デジタル 教科書体 NK" w:eastAsia="UD デジタル 教科書体 NK"/>
          <w:lang w:eastAsia="zh-TW"/>
        </w:rPr>
      </w:pPr>
      <w:r w:rsidRPr="004646A2">
        <w:rPr>
          <w:rFonts w:ascii="UD デジタル 教科書体 NK" w:eastAsia="UD デジタル 教科書体 NK" w:cs="Times New Roman" w:hint="eastAsia"/>
          <w:sz w:val="21"/>
          <w:lang w:eastAsia="zh-TW"/>
        </w:rPr>
        <w:t>氏名：</w:t>
      </w:r>
    </w:p>
    <w:p w14:paraId="49562953" w14:textId="77777777" w:rsidR="00F427CD" w:rsidRPr="004646A2" w:rsidRDefault="00E07964" w:rsidP="00F3183E">
      <w:pPr>
        <w:spacing w:afterLines="50" w:after="120" w:line="240" w:lineRule="auto"/>
        <w:ind w:left="199"/>
        <w:rPr>
          <w:rFonts w:ascii="UD デジタル 教科書体 NK" w:eastAsia="UD デジタル 教科書体 NK"/>
          <w:lang w:eastAsia="zh-TW"/>
        </w:rPr>
      </w:pPr>
      <w:r w:rsidRPr="004646A2">
        <w:rPr>
          <w:rFonts w:ascii="UD デジタル 教科書体 NK" w:eastAsia="UD デジタル 教科書体 NK" w:cs="Times New Roman" w:hint="eastAsia"/>
          <w:sz w:val="21"/>
          <w:lang w:eastAsia="zh-TW"/>
        </w:rPr>
        <w:t>所属：</w:t>
      </w:r>
    </w:p>
    <w:p w14:paraId="097C3E6E" w14:textId="77777777" w:rsidR="00F427CD" w:rsidRPr="004646A2" w:rsidRDefault="00E07964" w:rsidP="00F3183E">
      <w:pPr>
        <w:spacing w:afterLines="50" w:after="120" w:line="240" w:lineRule="auto"/>
        <w:ind w:left="199"/>
        <w:rPr>
          <w:rFonts w:ascii="UD デジタル 教科書体 NK" w:eastAsia="UD デジタル 教科書体 NK"/>
          <w:lang w:eastAsia="zh-TW"/>
        </w:rPr>
      </w:pPr>
      <w:r w:rsidRPr="004646A2">
        <w:rPr>
          <w:rFonts w:ascii="UD デジタル 教科書体 NK" w:eastAsia="UD デジタル 教科書体 NK" w:cs="Times New Roman" w:hint="eastAsia"/>
          <w:sz w:val="21"/>
          <w:lang w:eastAsia="zh-TW"/>
        </w:rPr>
        <w:t>住所：〒</w:t>
      </w:r>
    </w:p>
    <w:p w14:paraId="7E73BD4D" w14:textId="77777777" w:rsidR="00F427CD" w:rsidRPr="004646A2" w:rsidRDefault="00E07964" w:rsidP="00F3183E">
      <w:pPr>
        <w:spacing w:afterLines="50" w:after="120" w:line="240" w:lineRule="auto"/>
        <w:ind w:left="199"/>
        <w:rPr>
          <w:rFonts w:ascii="UD デジタル 教科書体 NK" w:eastAsia="UD デジタル 教科書体 NK"/>
          <w:lang w:eastAsia="zh-TW"/>
        </w:rPr>
      </w:pPr>
      <w:r w:rsidRPr="004646A2">
        <w:rPr>
          <w:rFonts w:ascii="UD デジタル 教科書体 NK" w:eastAsia="UD デジタル 教科書体 NK" w:cs="Times New Roman" w:hint="eastAsia"/>
          <w:sz w:val="21"/>
          <w:lang w:eastAsia="zh-TW"/>
        </w:rPr>
        <w:t>電話：</w:t>
      </w:r>
    </w:p>
    <w:p w14:paraId="39322DC8" w14:textId="77777777" w:rsidR="00F427CD" w:rsidRPr="004646A2" w:rsidRDefault="00E07964" w:rsidP="00F3183E">
      <w:pPr>
        <w:spacing w:afterLines="50" w:after="120" w:line="240" w:lineRule="auto"/>
        <w:ind w:left="199"/>
        <w:rPr>
          <w:rFonts w:ascii="UD デジタル 教科書体 NK" w:eastAsia="UD デジタル 教科書体 NK"/>
          <w:lang w:eastAsia="ja-JP"/>
        </w:rPr>
      </w:pPr>
      <w:r w:rsidRPr="004646A2">
        <w:rPr>
          <w:rFonts w:ascii="UD デジタル 教科書体 NK" w:eastAsia="UD デジタル 教科書体 NK" w:cs="Times New Roman" w:hint="eastAsia"/>
          <w:sz w:val="21"/>
          <w:lang w:eastAsia="ja-JP"/>
        </w:rPr>
        <w:t>E-mailアドレス：</w:t>
      </w:r>
    </w:p>
    <w:p w14:paraId="55132068" w14:textId="77777777" w:rsidR="00F427CD" w:rsidRPr="004646A2" w:rsidRDefault="00E07964" w:rsidP="00F3183E">
      <w:pPr>
        <w:spacing w:afterLines="50" w:after="120" w:line="240" w:lineRule="auto"/>
        <w:ind w:left="199"/>
        <w:rPr>
          <w:rFonts w:ascii="UD デジタル 教科書体 NK" w:eastAsia="UD デジタル 教科書体 NK"/>
          <w:lang w:eastAsia="ja-JP"/>
        </w:rPr>
      </w:pPr>
      <w:r w:rsidRPr="004646A2">
        <w:rPr>
          <w:rFonts w:ascii="UD デジタル 教科書体 NK" w:eastAsia="UD デジタル 教科書体 NK" w:cs="Times New Roman" w:hint="eastAsia"/>
          <w:sz w:val="21"/>
          <w:lang w:eastAsia="ja-JP"/>
        </w:rPr>
        <w:t>投稿年月日：　　　　　　年　　　　　月　　　　　日</w:t>
      </w:r>
    </w:p>
    <w:sectPr w:rsidR="00F427CD" w:rsidRPr="004646A2" w:rsidSect="00F3183E">
      <w:pgSz w:w="12240" w:h="15840"/>
      <w:pgMar w:top="737" w:right="1021" w:bottom="737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5039A" w14:textId="77777777" w:rsidR="001C6A8F" w:rsidRDefault="001C6A8F" w:rsidP="004646A2">
      <w:pPr>
        <w:spacing w:line="240" w:lineRule="auto"/>
      </w:pPr>
      <w:r>
        <w:separator/>
      </w:r>
    </w:p>
  </w:endnote>
  <w:endnote w:type="continuationSeparator" w:id="0">
    <w:p w14:paraId="28A6226C" w14:textId="77777777" w:rsidR="001C6A8F" w:rsidRDefault="001C6A8F" w:rsidP="004646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FF7C6" w14:textId="77777777" w:rsidR="001C6A8F" w:rsidRDefault="001C6A8F" w:rsidP="004646A2">
      <w:pPr>
        <w:spacing w:line="240" w:lineRule="auto"/>
      </w:pPr>
      <w:r>
        <w:separator/>
      </w:r>
    </w:p>
  </w:footnote>
  <w:footnote w:type="continuationSeparator" w:id="0">
    <w:p w14:paraId="623EF8A9" w14:textId="77777777" w:rsidR="001C6A8F" w:rsidRDefault="001C6A8F" w:rsidP="004646A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50251770">
    <w:abstractNumId w:val="8"/>
  </w:num>
  <w:num w:numId="2" w16cid:durableId="1201363198">
    <w:abstractNumId w:val="6"/>
  </w:num>
  <w:num w:numId="3" w16cid:durableId="1573545522">
    <w:abstractNumId w:val="5"/>
  </w:num>
  <w:num w:numId="4" w16cid:durableId="752817993">
    <w:abstractNumId w:val="4"/>
  </w:num>
  <w:num w:numId="5" w16cid:durableId="198319018">
    <w:abstractNumId w:val="7"/>
  </w:num>
  <w:num w:numId="6" w16cid:durableId="391196881">
    <w:abstractNumId w:val="3"/>
  </w:num>
  <w:num w:numId="7" w16cid:durableId="882639661">
    <w:abstractNumId w:val="2"/>
  </w:num>
  <w:num w:numId="8" w16cid:durableId="302348985">
    <w:abstractNumId w:val="1"/>
  </w:num>
  <w:num w:numId="9" w16cid:durableId="1431774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117C"/>
    <w:rsid w:val="0015074B"/>
    <w:rsid w:val="001C6A8F"/>
    <w:rsid w:val="0029639D"/>
    <w:rsid w:val="00326F90"/>
    <w:rsid w:val="004646A2"/>
    <w:rsid w:val="004964A8"/>
    <w:rsid w:val="007627F9"/>
    <w:rsid w:val="00864618"/>
    <w:rsid w:val="00AA1D8D"/>
    <w:rsid w:val="00B47730"/>
    <w:rsid w:val="00BE2C82"/>
    <w:rsid w:val="00CB0664"/>
    <w:rsid w:val="00D311C3"/>
    <w:rsid w:val="00E07964"/>
    <w:rsid w:val="00E51862"/>
    <w:rsid w:val="00F3183E"/>
    <w:rsid w:val="00F427C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DE67C6"/>
  <w14:defaultImageDpi w14:val="300"/>
  <w15:docId w15:val="{B17B2531-8DE5-4795-B979-65EA37DB4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252" w:lineRule="auto"/>
    </w:pPr>
    <w:rPr>
      <w:rFonts w:ascii="Times New Roman" w:eastAsia="ＭＳ 明朝" w:hAnsi="Times New Roman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3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Satoru Yoshino</cp:lastModifiedBy>
  <cp:revision>3</cp:revision>
  <dcterms:created xsi:type="dcterms:W3CDTF">2026-07-01T14:27:00Z</dcterms:created>
  <dcterms:modified xsi:type="dcterms:W3CDTF">2026-07-02T04:15:00Z</dcterms:modified>
  <cp:category/>
</cp:coreProperties>
</file>